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6E54F0"/>
          <w:sz w:val="18"/>
        </w:rPr>
        <w:t>FULL MOCK SAMPLE · FREE PAPER</w:t>
      </w:r>
    </w:p>
    <w:p>
      <w:r>
        <w:rPr>
          <w:b/>
          <w:color w:val="141B3A"/>
          <w:sz w:val="40"/>
        </w:rPr>
        <w:t>Full Mock Paper — Sample</w:t>
      </w:r>
    </w:p>
    <w:p>
      <w:r>
        <w:rPr>
          <w:color w:val="555F7A"/>
          <w:sz w:val="20"/>
        </w:rPr>
        <w:t>Year 6 · Mixed (English, Maths, VR, NVR) · 20 questions · timed 30 minutes</w:t>
      </w:r>
    </w:p>
    <w:p/>
    <w:p>
      <w:r>
        <w:rPr>
          <w:b/>
          <w:color w:val="141B3A"/>
          <w:sz w:val="26"/>
        </w:rPr>
        <w:t>Section 1 — English (5 questions)</w:t>
      </w:r>
    </w:p>
    <w:p>
      <w:r>
        <w:t>Which word is closest in meaning to resilient?</w:t>
      </w:r>
    </w:p>
    <w:p>
      <w:r>
        <w:rPr>
          <w:b/>
          <w:color w:val="6E54F0"/>
        </w:rPr>
        <w:t xml:space="preserve">1.  </w:t>
      </w:r>
      <w:r>
        <w:t>flexible</w:t>
      </w:r>
    </w:p>
    <w:p>
      <w:r>
        <w:rPr>
          <w:b/>
          <w:color w:val="6E54F0"/>
        </w:rPr>
        <w:t xml:space="preserve">2.  </w:t>
      </w:r>
      <w:r>
        <w:t>fragile</w:t>
      </w:r>
    </w:p>
    <w:p>
      <w:r>
        <w:rPr>
          <w:b/>
          <w:color w:val="6E54F0"/>
        </w:rPr>
        <w:t xml:space="preserve">3.  </w:t>
      </w:r>
      <w:r>
        <w:t>tough</w:t>
      </w:r>
    </w:p>
    <w:p>
      <w:r>
        <w:rPr>
          <w:b/>
          <w:color w:val="6E54F0"/>
        </w:rPr>
        <w:t xml:space="preserve">4.  </w:t>
      </w:r>
      <w:r>
        <w:t>cheerful</w:t>
      </w:r>
    </w:p>
    <w:p>
      <w:r>
        <w:t>"The dog, which had been barking all morning, finally fell asleep." What is the type of the underlined phrase?</w:t>
      </w:r>
    </w:p>
    <w:p>
      <w:r>
        <w:rPr>
          <w:b/>
          <w:color w:val="6E54F0"/>
        </w:rPr>
        <w:t xml:space="preserve">5.  </w:t>
      </w:r>
      <w:r>
        <w:t>relative clause</w:t>
      </w:r>
    </w:p>
    <w:p>
      <w:r>
        <w:rPr>
          <w:b/>
          <w:color w:val="6E54F0"/>
        </w:rPr>
        <w:t xml:space="preserve">6.  </w:t>
      </w:r>
      <w:r>
        <w:t>main clause</w:t>
      </w:r>
    </w:p>
    <w:p>
      <w:r>
        <w:rPr>
          <w:b/>
          <w:color w:val="6E54F0"/>
        </w:rPr>
        <w:t xml:space="preserve">7.  </w:t>
      </w:r>
      <w:r>
        <w:t>noun phrase</w:t>
      </w:r>
    </w:p>
    <w:p>
      <w:r>
        <w:rPr>
          <w:b/>
          <w:color w:val="6E54F0"/>
        </w:rPr>
        <w:t xml:space="preserve">8.  </w:t>
      </w:r>
      <w:r>
        <w:t>adverbial</w:t>
      </w:r>
    </w:p>
    <w:p>
      <w:r>
        <w:t>Choose the sentence with correct punctuation.</w:t>
      </w:r>
    </w:p>
    <w:p>
      <w:r>
        <w:rPr>
          <w:b/>
          <w:color w:val="6E54F0"/>
        </w:rPr>
        <w:t xml:space="preserve">9.  </w:t>
      </w:r>
      <w:r>
        <w:t>"Where are you going" asked Sam.</w:t>
      </w:r>
    </w:p>
    <w:p>
      <w:r>
        <w:rPr>
          <w:b/>
          <w:color w:val="6E54F0"/>
        </w:rPr>
        <w:t xml:space="preserve">10.  </w:t>
      </w:r>
      <w:r>
        <w:t>"Where are you going?" asked Sam.</w:t>
      </w:r>
    </w:p>
    <w:p>
      <w:r>
        <w:rPr>
          <w:b/>
          <w:color w:val="6E54F0"/>
        </w:rPr>
        <w:t xml:space="preserve">11.  </w:t>
      </w:r>
      <w:r>
        <w:t>"Where are you going?", asked Sam.</w:t>
      </w:r>
    </w:p>
    <w:p>
      <w:r>
        <w:rPr>
          <w:b/>
          <w:color w:val="6E54F0"/>
        </w:rPr>
        <w:t xml:space="preserve">12.  </w:t>
      </w:r>
      <w:r>
        <w:t>"Where are you going" asked Sam?</w:t>
      </w:r>
    </w:p>
    <w:p>
      <w:r>
        <w:t>Identify the subordinate clause in this sentence: "Although it was cold, the children played outside until dusk."</w:t>
      </w:r>
    </w:p>
    <w:p>
      <w:r>
        <w:rPr>
          <w:color w:val="B8BECC"/>
        </w:rPr>
        <w:t>____________________________________________________________________</w:t>
      </w:r>
    </w:p>
    <w:p>
      <w:r>
        <w:t>Find an antonym (opposite) of obscure.</w:t>
      </w:r>
    </w:p>
    <w:p>
      <w:r>
        <w:rPr>
          <w:b/>
          <w:color w:val="6E54F0"/>
        </w:rPr>
        <w:t xml:space="preserve">13.  </w:t>
      </w:r>
      <w:r>
        <w:t>hidden</w:t>
      </w:r>
    </w:p>
    <w:p>
      <w:r>
        <w:rPr>
          <w:b/>
          <w:color w:val="6E54F0"/>
        </w:rPr>
        <w:t xml:space="preserve">14.  </w:t>
      </w:r>
      <w:r>
        <w:t>obvious</w:t>
      </w:r>
    </w:p>
    <w:p>
      <w:r>
        <w:rPr>
          <w:b/>
          <w:color w:val="6E54F0"/>
        </w:rPr>
        <w:t xml:space="preserve">15.  </w:t>
      </w:r>
      <w:r>
        <w:t>shy</w:t>
      </w:r>
    </w:p>
    <w:p>
      <w:r>
        <w:rPr>
          <w:b/>
          <w:color w:val="6E54F0"/>
        </w:rPr>
        <w:t xml:space="preserve">16.  </w:t>
      </w:r>
      <w:r>
        <w:t>distant</w:t>
      </w:r>
    </w:p>
    <w:p>
      <w:r>
        <w:rPr>
          <w:b/>
          <w:color w:val="141B3A"/>
          <w:sz w:val="26"/>
        </w:rPr>
        <w:t>Section 2 — Maths (5 questions)</w:t>
      </w:r>
    </w:p>
    <w:p>
      <w:r>
        <w:t>What is 3⁄5 of 75?</w:t>
      </w:r>
    </w:p>
    <w:p>
      <w:r>
        <w:rPr>
          <w:color w:val="B8BECC"/>
        </w:rPr>
        <w:t>____________________________________________________________________</w:t>
      </w:r>
    </w:p>
    <w:p>
      <w:r>
        <w:t>Sasha runs 1.8 km on Monday and 2.45 km on Tuesday. How much further did she run on Tuesday, in metres?</w:t>
      </w:r>
    </w:p>
    <w:p>
      <w:r>
        <w:rPr>
          <w:color w:val="B8BECC"/>
        </w:rPr>
        <w:t>____________________________________________________________________</w:t>
      </w:r>
    </w:p>
    <w:p>
      <w:r>
        <w:t>A square has a perimeter of 36 cm. What is its area?</w:t>
      </w:r>
    </w:p>
    <w:p>
      <w:r>
        <w:rPr>
          <w:color w:val="B8BECC"/>
        </w:rPr>
        <w:t>____________________________________________________________________</w:t>
      </w:r>
    </w:p>
    <w:p>
      <w:r>
        <w:t>A bag has 4 red, 3 green and 5 blue marbles. One marble is taken out without looking. What is the probability it is not blue?</w:t>
      </w:r>
    </w:p>
    <w:p>
      <w:r>
        <w:rPr>
          <w:color w:val="B8BECC"/>
        </w:rPr>
        <w:t>____________________________________________________________________</w:t>
      </w:r>
    </w:p>
    <w:p>
      <w:r>
        <w:t>The angles in a triangle are x, 2x and 60°. Find x.</w:t>
      </w:r>
    </w:p>
    <w:p>
      <w:r>
        <w:rPr>
          <w:color w:val="B8BECC"/>
        </w:rPr>
        <w:t>____________________________________________________________________</w:t>
      </w:r>
    </w:p>
    <w:p>
      <w:r>
        <w:rPr>
          <w:b/>
          <w:color w:val="141B3A"/>
          <w:sz w:val="26"/>
        </w:rPr>
        <w:t>Section 3 — Verbal Reasoning (5 questions)</w:t>
      </w:r>
    </w:p>
    <w:p>
      <w:r>
        <w:t>If READ = USBE, what is the code for WRITE?</w:t>
      </w:r>
    </w:p>
    <w:p>
      <w:r>
        <w:rPr>
          <w:color w:val="B8BECC"/>
        </w:rPr>
        <w:t>____________________________________________________________________</w:t>
      </w:r>
    </w:p>
    <w:p>
      <w:r>
        <w:t>Find the four-letter word hidden across the join: POST OFFICE</w:t>
      </w:r>
    </w:p>
    <w:p>
      <w:r>
        <w:rPr>
          <w:color w:val="B8BECC"/>
        </w:rPr>
        <w:t>____________________________________________________________________</w:t>
      </w:r>
    </w:p>
    <w:p>
      <w:r>
        <w:t>Choose the closest synonym of diligent.</w:t>
      </w:r>
    </w:p>
    <w:p>
      <w:r>
        <w:rPr>
          <w:b/>
          <w:color w:val="6E54F0"/>
        </w:rPr>
        <w:t xml:space="preserve">1.  </w:t>
      </w:r>
      <w:r>
        <w:t>hard-working</w:t>
      </w:r>
    </w:p>
    <w:p>
      <w:r>
        <w:rPr>
          <w:b/>
          <w:color w:val="6E54F0"/>
        </w:rPr>
        <w:t xml:space="preserve">2.  </w:t>
      </w:r>
      <w:r>
        <w:t>quick</w:t>
      </w:r>
    </w:p>
    <w:p>
      <w:r>
        <w:rPr>
          <w:b/>
          <w:color w:val="6E54F0"/>
        </w:rPr>
        <w:t xml:space="preserve">3.  </w:t>
      </w:r>
      <w:r>
        <w:t>cautious</w:t>
      </w:r>
    </w:p>
    <w:p>
      <w:r>
        <w:rPr>
          <w:b/>
          <w:color w:val="6E54F0"/>
        </w:rPr>
        <w:t xml:space="preserve">4.  </w:t>
      </w:r>
      <w:r>
        <w:t>kind</w:t>
      </w:r>
    </w:p>
    <w:p>
      <w:r>
        <w:t>Which word does not belong with the others?</w:t>
      </w:r>
    </w:p>
    <w:p>
      <w:r>
        <w:rPr>
          <w:b/>
          <w:color w:val="6E54F0"/>
        </w:rPr>
        <w:t xml:space="preserve">5.  </w:t>
      </w:r>
      <w:r>
        <w:t>oak</w:t>
      </w:r>
    </w:p>
    <w:p>
      <w:r>
        <w:rPr>
          <w:b/>
          <w:color w:val="6E54F0"/>
        </w:rPr>
        <w:t xml:space="preserve">6.  </w:t>
      </w:r>
      <w:r>
        <w:t>birch</w:t>
      </w:r>
    </w:p>
    <w:p>
      <w:r>
        <w:rPr>
          <w:b/>
          <w:color w:val="6E54F0"/>
        </w:rPr>
        <w:t xml:space="preserve">7.  </w:t>
      </w:r>
      <w:r>
        <w:t>willow</w:t>
      </w:r>
    </w:p>
    <w:p>
      <w:r>
        <w:rPr>
          <w:b/>
          <w:color w:val="6E54F0"/>
        </w:rPr>
        <w:t xml:space="preserve">8.  </w:t>
      </w:r>
      <w:r>
        <w:t>rose</w:t>
      </w:r>
    </w:p>
    <w:p>
      <w:r>
        <w:t>Boat is to water as aeroplane is to ___?</w:t>
      </w:r>
    </w:p>
    <w:p>
      <w:r>
        <w:rPr>
          <w:b/>
          <w:color w:val="6E54F0"/>
        </w:rPr>
        <w:t xml:space="preserve">9.  </w:t>
      </w:r>
      <w:r>
        <w:t>cloud</w:t>
      </w:r>
    </w:p>
    <w:p>
      <w:r>
        <w:rPr>
          <w:b/>
          <w:color w:val="6E54F0"/>
        </w:rPr>
        <w:t xml:space="preserve">10.  </w:t>
      </w:r>
      <w:r>
        <w:t>airport</w:t>
      </w:r>
    </w:p>
    <w:p>
      <w:r>
        <w:rPr>
          <w:b/>
          <w:color w:val="6E54F0"/>
        </w:rPr>
        <w:t xml:space="preserve">11.  </w:t>
      </w:r>
      <w:r>
        <w:t>air</w:t>
      </w:r>
    </w:p>
    <w:p>
      <w:r>
        <w:rPr>
          <w:b/>
          <w:color w:val="6E54F0"/>
        </w:rPr>
        <w:t xml:space="preserve">12.  </w:t>
      </w:r>
      <w:r>
        <w:t>pilot</w:t>
      </w:r>
    </w:p>
    <w:p>
      <w:r>
        <w:rPr>
          <w:b/>
          <w:color w:val="141B3A"/>
          <w:sz w:val="26"/>
        </w:rPr>
        <w:t>Section 4 — Non-Verbal Reasoning (5 questions)</w:t>
      </w:r>
    </w:p>
    <w:p>
      <w:r>
        <w:t>If the small shape inside the large shape is removed at each step, what should be inside the large shape at step 4?</w:t>
      </w:r>
    </w:p>
    <w:p>
      <w:r>
        <w:t>Step 1: triangle inside square; Step 2: circle inside square; Step 3: line inside square; Step 4:</w:t>
      </w:r>
    </w:p>
    <w:p>
      <w:r>
        <w:t>Rotate the letter F by 180°. Which letter does it most look like?</w:t>
      </w:r>
    </w:p>
    <w:p>
      <w:r>
        <w:rPr>
          <w:color w:val="B8BECC"/>
        </w:rPr>
        <w:t>____________________________________________________________________</w:t>
      </w:r>
    </w:p>
    <w:p>
      <w:r>
        <w:t>A cube is painted blue on all six faces. It is then cut into 27 equal smaller cubes (3 × 3 × 3). How many of these small cubes have exactly two blue faces?</w:t>
      </w:r>
    </w:p>
    <w:p>
      <w:r>
        <w:rPr>
          <w:color w:val="B8BECC"/>
        </w:rPr>
        <w:t>____________________________________________________________________</w:t>
      </w:r>
    </w:p>
    <w:p>
      <w:r>
        <w:t>A shape has 5 lines of symmetry. Name a shape this could be.</w:t>
      </w:r>
    </w:p>
    <w:p>
      <w:r>
        <w:rPr>
          <w:color w:val="B8BECC"/>
        </w:rPr>
        <w:t>____________________________________________________________________</w:t>
      </w:r>
    </w:p>
    <w:p>
      <w:r>
        <w:t>A net has six squares arranged in a cross pattern. What 3D shape does it fold into?</w:t>
      </w:r>
    </w:p>
    <w:p>
      <w:r>
        <w:rPr>
          <w:color w:val="B8BECC"/>
        </w:rPr>
        <w:t>____________________________________________________________________</w:t>
      </w:r>
    </w:p>
    <w:p>
      <w:r>
        <w:rPr>
          <w:b/>
          <w:color w:val="141B3A"/>
          <w:sz w:val="26"/>
        </w:rPr>
        <w:t>Answer Key &amp; Marking Notes</w:t>
      </w:r>
    </w:p>
    <w:p>
      <w:r>
        <w:rPr>
          <w:b/>
          <w:color w:val="6E54F0"/>
        </w:rPr>
        <w:t xml:space="preserve">1.  </w:t>
      </w:r>
      <w:r>
        <w:t>C — tough.</w:t>
      </w:r>
    </w:p>
    <w:p>
      <w:r>
        <w:rPr>
          <w:b/>
          <w:color w:val="6E54F0"/>
        </w:rPr>
        <w:t xml:space="preserve">2.  </w:t>
      </w:r>
      <w:r>
        <w:t>A — relative clause (introduced by "which").</w:t>
      </w:r>
    </w:p>
    <w:p>
      <w:r>
        <w:rPr>
          <w:b/>
          <w:color w:val="6E54F0"/>
        </w:rPr>
        <w:t xml:space="preserve">3.  </w:t>
      </w:r>
      <w:r>
        <w:t>B.</w:t>
      </w:r>
    </w:p>
    <w:p>
      <w:r>
        <w:rPr>
          <w:b/>
          <w:color w:val="6E54F0"/>
        </w:rPr>
        <w:t xml:space="preserve">4.  </w:t>
      </w:r>
      <w:r>
        <w:t>"Although it was cold".</w:t>
      </w:r>
    </w:p>
    <w:p>
      <w:r>
        <w:rPr>
          <w:b/>
          <w:color w:val="6E54F0"/>
        </w:rPr>
        <w:t xml:space="preserve">5.  </w:t>
      </w:r>
      <w:r>
        <w:t>B — obvious.</w:t>
      </w:r>
    </w:p>
    <w:p>
      <w:r>
        <w:rPr>
          <w:b/>
          <w:color w:val="6E54F0"/>
        </w:rPr>
        <w:t xml:space="preserve">6.  </w:t>
      </w:r>
      <w:r>
        <w:t>45.</w:t>
      </w:r>
    </w:p>
    <w:p>
      <w:r>
        <w:rPr>
          <w:b/>
          <w:color w:val="6E54F0"/>
        </w:rPr>
        <w:t xml:space="preserve">7.  </w:t>
      </w:r>
      <w:r>
        <w:t>650 m (2.45 − 1.80 = 0.65 km = 650 m).</w:t>
      </w:r>
    </w:p>
    <w:p>
      <w:r>
        <w:rPr>
          <w:b/>
          <w:color w:val="6E54F0"/>
        </w:rPr>
        <w:t xml:space="preserve">8.  </w:t>
      </w:r>
      <w:r>
        <w:t>81 cm² (side = 9 cm).</w:t>
      </w:r>
    </w:p>
    <w:p>
      <w:r>
        <w:rPr>
          <w:b/>
          <w:color w:val="6E54F0"/>
        </w:rPr>
        <w:t xml:space="preserve">9.  </w:t>
      </w:r>
      <w:r>
        <w:t>7⁄12 (red + green = 7 out of 12 total).</w:t>
      </w:r>
    </w:p>
    <w:p>
      <w:r>
        <w:rPr>
          <w:b/>
          <w:color w:val="6E54F0"/>
        </w:rPr>
        <w:t xml:space="preserve">10.  </w:t>
      </w:r>
      <w:r>
        <w:t>x = 40° (x + 2x + 60 = 180 → 3x = 120).</w:t>
      </w:r>
    </w:p>
    <w:p>
      <w:r>
        <w:rPr>
          <w:b/>
          <w:color w:val="6E54F0"/>
        </w:rPr>
        <w:t xml:space="preserve">11.  </w:t>
      </w:r>
      <w:r>
        <w:t>XSJUF (each letter shifts forwards by 1).</w:t>
      </w:r>
    </w:p>
    <w:p>
      <w:r>
        <w:rPr>
          <w:b/>
          <w:color w:val="6E54F0"/>
        </w:rPr>
        <w:t xml:space="preserve">12.  </w:t>
      </w:r>
      <w:r>
        <w:t>STOF (from poST OFfice).</w:t>
      </w:r>
    </w:p>
    <w:p>
      <w:r>
        <w:rPr>
          <w:b/>
          <w:color w:val="6E54F0"/>
        </w:rPr>
        <w:t xml:space="preserve">13.  </w:t>
      </w:r>
      <w:r>
        <w:t>A — hard-working.</w:t>
      </w:r>
    </w:p>
    <w:p>
      <w:r>
        <w:rPr>
          <w:b/>
          <w:color w:val="6E54F0"/>
        </w:rPr>
        <w:t xml:space="preserve">14.  </w:t>
      </w:r>
      <w:r>
        <w:t>D — rose (others are trees; a rose is a flower).</w:t>
      </w:r>
    </w:p>
    <w:p>
      <w:r>
        <w:rPr>
          <w:b/>
          <w:color w:val="6E54F0"/>
        </w:rPr>
        <w:t xml:space="preserve">15.  </w:t>
      </w:r>
      <w:r>
        <w:t>C — air.</w:t>
      </w:r>
    </w:p>
    <w:p>
      <w:r>
        <w:rPr>
          <w:b/>
          <w:color w:val="6E54F0"/>
        </w:rPr>
        <w:t xml:space="preserve">16.  </w:t>
      </w:r>
      <w:r>
        <w:t>An empty square.</w:t>
      </w:r>
    </w:p>
    <w:p>
      <w:r>
        <w:rPr>
          <w:b/>
          <w:color w:val="6E54F0"/>
        </w:rPr>
        <w:t xml:space="preserve">17.  </w:t>
      </w:r>
      <w:r>
        <w:t>Capital "F" rotated 180° looks like nothing standard — accept any answer that reasons about it (e.g. a backwards-and-upside-down F). The point is the child describes the rotation correctly.</w:t>
      </w:r>
    </w:p>
    <w:p>
      <w:r>
        <w:rPr>
          <w:b/>
          <w:color w:val="6E54F0"/>
        </w:rPr>
        <w:t xml:space="preserve">18.  </w:t>
      </w:r>
      <w:r>
        <w:t>12 cubes. (Edge cubes, not corners or centres of faces.)</w:t>
      </w:r>
    </w:p>
    <w:p>
      <w:r>
        <w:rPr>
          <w:b/>
          <w:color w:val="6E54F0"/>
        </w:rPr>
        <w:t xml:space="preserve">19.  </w:t>
      </w:r>
      <w:r>
        <w:t>A regular pentagon (any regular polygon with 5 sides).</w:t>
      </w:r>
    </w:p>
    <w:p>
      <w:r>
        <w:rPr>
          <w:b/>
          <w:color w:val="6E54F0"/>
        </w:rPr>
        <w:t xml:space="preserve">20.  </w:t>
      </w:r>
      <w:r>
        <w:t>A cube.</w:t>
      </w:r>
    </w:p>
    <w:p>
      <w:r>
        <w:t>Total: 20 marks. 15+ in 30 minutes is a confident grammar-school performance. The full Quest Arena library has 180 timed mocks like this one, with per-skill breakdowns and explanations for every wrong answer.</w:t>
      </w:r>
    </w:p>
    <w:p>
      <w:r>
        <w:t>© Quest Arena · An Edu Archives product · eduarchives11plus.co.uk — original questions, free to print and use at home or in class.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55F7A"/>
        <w:sz w:val="16"/>
      </w:rPr>
      <w:t>© Edu Archives · Quest Arena · eduarchives11plus.co.uk — free to print &amp; share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pict>
        <v:shape id="wm_0" o:spid="_x0000_s100" type="#_x0000_t136" style="position:absolute;margin-left:0;margin-top:0;width:468pt;height:150pt;rotation:315;z-index:-251654144;mso-position-horizontal:center;mso-position-horizontal-relative:margin;mso-position-vertical:center;mso-position-vertical-relative:margin" fillcolor="#e9e6f7" stroked="f">
          <v:fill opacity=".4"/>
          <v:textpath style="font-family:&quot;Arial&quot;;font-weight:bold" string="EDU ARCHIVES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C22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