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6E54F0"/>
          <w:sz w:val="18"/>
        </w:rPr>
        <w:t>MATHS · FREE WORKSHEET</w:t>
      </w:r>
    </w:p>
    <w:p>
      <w:r>
        <w:rPr>
          <w:b/>
          <w:color w:val="141B3A"/>
          <w:sz w:val="40"/>
        </w:rPr>
        <w:t>Maths — Number, Fractions &amp; Word Problems</w:t>
      </w:r>
    </w:p>
    <w:p>
      <w:r>
        <w:rPr>
          <w:color w:val="555F7A"/>
          <w:sz w:val="20"/>
        </w:rPr>
        <w:t>Years 5–6 · Mixed style · 10 questions · suggested time 30 minutes</w:t>
      </w:r>
    </w:p>
    <w:p/>
    <w:p>
      <w:r>
        <w:rPr>
          <w:b/>
          <w:color w:val="141B3A"/>
          <w:sz w:val="26"/>
        </w:rPr>
        <w:t>Questions</w:t>
      </w:r>
    </w:p>
    <w:p>
      <w:r>
        <w:t>A small theatre has 28 rows of seats. There are 17 seats in each row. How many seats are there in total?</w:t>
      </w:r>
    </w:p>
    <w:p>
      <w:r>
        <w:rPr>
          <w:color w:val="B8BECC"/>
        </w:rPr>
        <w:t>____________________________________________________________________</w:t>
      </w:r>
    </w:p>
    <w:p>
      <w:r>
        <w:t>A pizza is cut into 12 equal slices. Hassan eats 1⁄4 of the pizza. Mei eats 1⁄3. How many slices are left?</w:t>
      </w:r>
    </w:p>
    <w:p>
      <w:r>
        <w:rPr>
          <w:color w:val="B8BECC"/>
        </w:rPr>
        <w:t>____________________________________________________________________</w:t>
      </w:r>
    </w:p>
    <w:p>
      <w:r>
        <w:t>A school trip costs £270 in total. The cost is shared between teachers and pupils in the ratio 1 : 8. How much do the pupils pay altogether?</w:t>
      </w:r>
    </w:p>
    <w:p>
      <w:r>
        <w:rPr>
          <w:color w:val="B8BECC"/>
        </w:rPr>
        <w:t>____________________________________________________________________</w:t>
      </w:r>
    </w:p>
    <w:p>
      <w:r>
        <w:t>A train leaves Euston at 09:47 and arrives in Manchester at 12:13. How long does the journey take, in hours and minutes?</w:t>
      </w:r>
    </w:p>
    <w:p>
      <w:r>
        <w:rPr>
          <w:color w:val="B8BECC"/>
        </w:rPr>
        <w:t>____________________________________________________________________</w:t>
      </w:r>
    </w:p>
    <w:p>
      <w:r>
        <w:t>This L-shaped flowerbed is made from rectangles. What is the total area in square metres?</w:t>
      </w:r>
    </w:p>
    <w:p>
      <w:r>
        <w:rPr>
          <w:color w:val="B8BECC"/>
        </w:rPr>
        <w:t>____________________________________________________________________</w:t>
      </w:r>
    </w:p>
    <w:p>
      <w:r>
        <w:t>Continue this sequence and find the next two terms: 2, 6, 12, 20, 30, ___ , ___</w:t>
      </w:r>
    </w:p>
    <w:p>
      <w:r>
        <w:rPr>
          <w:color w:val="B8BECC"/>
        </w:rPr>
        <w:t>____________________________________________________________________</w:t>
      </w:r>
    </w:p>
    <w:p>
      <w:r>
        <w:t>In a class of 30 children, 18 walk to school. What percentage of the class walks to school?</w:t>
      </w:r>
    </w:p>
    <w:p>
      <w:r>
        <w:rPr>
          <w:color w:val="B8BECC"/>
        </w:rPr>
        <w:t>____________________________________________________________________</w:t>
      </w:r>
    </w:p>
    <w:p>
      <w:r>
        <w:t>Lina has £20. She buys 3 notebooks at £2.45 each and one pen at £1.30. How much change does she get?</w:t>
      </w:r>
    </w:p>
    <w:p>
      <w:r>
        <w:rPr>
          <w:color w:val="B8BECC"/>
        </w:rPr>
        <w:t>____________________________________________________________________</w:t>
      </w:r>
    </w:p>
    <w:p>
      <w:r>
        <w:t>Round 47,683 to the nearest thousand, then to the nearest hundred.</w:t>
      </w:r>
    </w:p>
    <w:p>
      <w:r>
        <w:rPr>
          <w:color w:val="B8BECC"/>
        </w:rPr>
        <w:t>____________________________________________________________________</w:t>
      </w:r>
    </w:p>
    <w:p>
      <w:r>
        <w:t>A water tank holds 240 litres when full. It is currently 5⁄8 full. A leaking tap is losing 4 litres per hour. After how many hours will the tank be empty?</w:t>
      </w:r>
    </w:p>
    <w:p>
      <w:r>
        <w:rPr>
          <w:color w:val="B8BECC"/>
        </w:rPr>
        <w:t>____________________________________________________________________</w:t>
      </w:r>
    </w:p>
    <w:p>
      <w:r>
        <w:rPr>
          <w:color w:val="B8BECC"/>
        </w:rPr>
        <w:t>____________________________________________________________________</w:t>
      </w:r>
    </w:p>
    <w:p>
      <w:r>
        <w:rPr>
          <w:b/>
          <w:color w:val="141B3A"/>
          <w:sz w:val="26"/>
        </w:rPr>
        <w:t>Answer Key &amp; Marking Notes</w:t>
      </w:r>
    </w:p>
    <w:p>
      <w:r>
        <w:rPr>
          <w:b/>
          <w:color w:val="6E54F0"/>
        </w:rPr>
        <w:t xml:space="preserve">1.  </w:t>
      </w:r>
      <w:r>
        <w:t>476. 28 × 17. Award 1 for partial method (e.g. 28 × 10 + 28 × 7).</w:t>
      </w:r>
    </w:p>
    <w:p>
      <w:r>
        <w:rPr>
          <w:b/>
          <w:color w:val="6E54F0"/>
        </w:rPr>
        <w:t xml:space="preserve">2.  </w:t>
      </w:r>
      <w:r>
        <w:t>5 slices. Hassan = 3 slices, Mei = 4 slices, eaten = 7, left = 5.</w:t>
      </w:r>
    </w:p>
    <w:p>
      <w:r>
        <w:rPr>
          <w:b/>
          <w:color w:val="6E54F0"/>
        </w:rPr>
        <w:t xml:space="preserve">3.  </w:t>
      </w:r>
      <w:r>
        <w:t>£240. 9 parts total → £30 per part → 8 × £30.</w:t>
      </w:r>
    </w:p>
    <w:p>
      <w:r>
        <w:rPr>
          <w:b/>
          <w:color w:val="6E54F0"/>
        </w:rPr>
        <w:t xml:space="preserve">4.  </w:t>
      </w:r>
      <w:r>
        <w:t>2 hours 26 minutes. 09:47 → 10:00 = 13 min; 10:00 → 12:00 = 2 h; 12:00 → 12:13 = 13 min; total 2 h 26 min.</w:t>
      </w:r>
    </w:p>
    <w:p>
      <w:r>
        <w:rPr>
          <w:b/>
          <w:color w:val="6E54F0"/>
        </w:rPr>
        <w:t xml:space="preserve">5.  </w:t>
      </w:r>
      <w:r>
        <w:t>24 m². Split into two rectangles: 8×2 + 4×4 = 16 + 8 = 24 (or 8×5 − 4×3 = 40 − 16). Accept either method.</w:t>
      </w:r>
    </w:p>
    <w:p>
      <w:r>
        <w:rPr>
          <w:b/>
          <w:color w:val="6E54F0"/>
        </w:rPr>
        <w:t xml:space="preserve">6.  </w:t>
      </w:r>
      <w:r>
        <w:t>42, 56. Differences are 4, 6, 8, 10, 12, 14 — add 12 then 14.</w:t>
      </w:r>
    </w:p>
    <w:p>
      <w:r>
        <w:rPr>
          <w:b/>
          <w:color w:val="6E54F0"/>
        </w:rPr>
        <w:t xml:space="preserve">7.  </w:t>
      </w:r>
      <w:r>
        <w:t>60%. 18 ÷ 30 = 0.6.</w:t>
      </w:r>
    </w:p>
    <w:p>
      <w:r>
        <w:rPr>
          <w:b/>
          <w:color w:val="6E54F0"/>
        </w:rPr>
        <w:t xml:space="preserve">8.  </w:t>
      </w:r>
      <w:r>
        <w:t>£11.35. 3 × 2.45 = 7.35; 7.35 + 1.30 = 8.65; 20 − 8.65 = 11.35.</w:t>
      </w:r>
    </w:p>
    <w:p>
      <w:r>
        <w:rPr>
          <w:b/>
          <w:color w:val="6E54F0"/>
        </w:rPr>
        <w:t xml:space="preserve">9.  </w:t>
      </w:r>
      <w:r>
        <w:t>48,000 and 47,700.</w:t>
      </w:r>
    </w:p>
    <w:p>
      <w:r>
        <w:rPr>
          <w:b/>
          <w:color w:val="6E54F0"/>
        </w:rPr>
        <w:t xml:space="preserve">10.  </w:t>
      </w:r>
      <w:r>
        <w:t>37.5 hours. 5⁄8 × 240 = 150 litres; 150 ÷ 4 = 37.5 hours. Award 1 for finding 150 litres, 1 for correct division.</w:t>
      </w:r>
    </w:p>
    <w:p>
      <w:r>
        <w:t>Total: 12 marks (questions 5 and 10 worth 2 each). Children scoring 9+ are comfortably on track for grammar-school maths.</w:t>
      </w:r>
    </w:p>
    <w:p>
      <w:r>
        <w:t>© Quest Arena · An Edu Archives product · eduarchives11plus.co.uk — original questions, free to print and use at home or in class.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F7A"/>
        <w:sz w:val="16"/>
      </w:rPr>
      <w:t>© Edu Archives · Quest Arena · eduarchives11plus.co.uk — free to print &amp; share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pict>
        <v:shape id="wm_0" o:spid="_x0000_s100" type="#_x0000_t136" style="position:absolute;margin-left:0;margin-top:0;width:468pt;height:150pt;rotation:315;z-index:-251654144;mso-position-horizontal:center;mso-position-horizontal-relative:margin;mso-position-vertical:center;mso-position-vertical-relative:margin" fillcolor="#e9e6f7" stroked="f">
          <v:fill opacity=".4"/>
          <v:textpath style="font-family:&quot;Arial&quot;;font-weight:bold" string="EDU ARCHIVES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C22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