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6E54F0"/>
          <w:sz w:val="18"/>
        </w:rPr>
        <w:t>VERBAL REASONING · FREE WORKSHEET</w:t>
      </w:r>
    </w:p>
    <w:p>
      <w:r>
        <w:rPr>
          <w:b/>
          <w:color w:val="141B3A"/>
          <w:sz w:val="40"/>
        </w:rPr>
        <w:t>Verbal Reasoning — GL Assessment Style</w:t>
      </w:r>
    </w:p>
    <w:p>
      <w:r>
        <w:rPr>
          <w:color w:val="555F7A"/>
          <w:sz w:val="20"/>
        </w:rPr>
        <w:t>Years 5–6 · 5 question types · 10 questions · suggested time 15 minutes</w:t>
      </w:r>
    </w:p>
    <w:p/>
    <w:p>
      <w:r>
        <w:rPr>
          <w:b/>
          <w:color w:val="141B3A"/>
          <w:sz w:val="26"/>
        </w:rPr>
        <w:t>Letter codes</w:t>
      </w:r>
    </w:p>
    <w:p>
      <w:r>
        <w:t>If the code for SHIP is TJLT, what is the code for BOAT? (Hint: each letter shifts forwards by a different amount.)</w:t>
      </w:r>
    </w:p>
    <w:p>
      <w:r>
        <w:t>Answer (4 letters):</w:t>
      </w:r>
    </w:p>
    <w:p>
      <w:r>
        <w:t>If WALK = 23-1-12-11, what is the code for RUN?</w:t>
      </w:r>
    </w:p>
    <w:p>
      <w:r>
        <w:t>Answer:</w:t>
      </w:r>
    </w:p>
    <w:p>
      <w:r>
        <w:rPr>
          <w:b/>
          <w:color w:val="141B3A"/>
          <w:sz w:val="26"/>
        </w:rPr>
        <w:t>Hidden words</w:t>
      </w:r>
    </w:p>
    <w:p>
      <w:r>
        <w:t>Find the four-letter word hidden across the join of these two words. TENNIS COURT</w:t>
      </w:r>
    </w:p>
    <w:p>
      <w:r>
        <w:t>Hidden word:</w:t>
      </w:r>
    </w:p>
    <w:p>
      <w:r>
        <w:t>Find the four-letter word hidden across the join of these two words. BLACK ICE</w:t>
      </w:r>
    </w:p>
    <w:p>
      <w:r>
        <w:t>Hidden word:</w:t>
      </w:r>
    </w:p>
    <w:p>
      <w:r>
        <w:rPr>
          <w:b/>
          <w:color w:val="141B3A"/>
          <w:sz w:val="26"/>
        </w:rPr>
        <w:t>Antonyms (opposites)</w:t>
      </w:r>
    </w:p>
    <w:p>
      <w:r>
        <w:t>Which word means the opposite of generous?</w:t>
      </w:r>
    </w:p>
    <w:p>
      <w:r>
        <w:rPr>
          <w:b/>
          <w:color w:val="6E54F0"/>
        </w:rPr>
        <w:t xml:space="preserve">1.  </w:t>
      </w:r>
      <w:r>
        <w:t>kind</w:t>
      </w:r>
    </w:p>
    <w:p>
      <w:r>
        <w:rPr>
          <w:b/>
          <w:color w:val="6E54F0"/>
        </w:rPr>
        <w:t xml:space="preserve">2.  </w:t>
      </w:r>
      <w:r>
        <w:t>stingy</w:t>
      </w:r>
    </w:p>
    <w:p>
      <w:r>
        <w:rPr>
          <w:b/>
          <w:color w:val="6E54F0"/>
        </w:rPr>
        <w:t xml:space="preserve">3.  </w:t>
      </w:r>
      <w:r>
        <w:t>thoughtful</w:t>
      </w:r>
    </w:p>
    <w:p>
      <w:r>
        <w:rPr>
          <w:b/>
          <w:color w:val="6E54F0"/>
        </w:rPr>
        <w:t xml:space="preserve">4.  </w:t>
      </w:r>
      <w:r>
        <w:t>brave</w:t>
      </w:r>
    </w:p>
    <w:p>
      <w:r>
        <w:rPr>
          <w:b/>
          <w:color w:val="6E54F0"/>
        </w:rPr>
        <w:t xml:space="preserve">5.  </w:t>
      </w:r>
      <w:r>
        <w:t>polite</w:t>
      </w:r>
    </w:p>
    <w:p>
      <w:r>
        <w:t>Which word means the opposite of reluctant?</w:t>
      </w:r>
    </w:p>
    <w:p>
      <w:r>
        <w:rPr>
          <w:b/>
          <w:color w:val="6E54F0"/>
        </w:rPr>
        <w:t xml:space="preserve">6.  </w:t>
      </w:r>
      <w:r>
        <w:t>tired</w:t>
      </w:r>
    </w:p>
    <w:p>
      <w:r>
        <w:rPr>
          <w:b/>
          <w:color w:val="6E54F0"/>
        </w:rPr>
        <w:t xml:space="preserve">7.  </w:t>
      </w:r>
      <w:r>
        <w:t>unsure</w:t>
      </w:r>
    </w:p>
    <w:p>
      <w:r>
        <w:rPr>
          <w:b/>
          <w:color w:val="6E54F0"/>
        </w:rPr>
        <w:t xml:space="preserve">8.  </w:t>
      </w:r>
      <w:r>
        <w:t>eager</w:t>
      </w:r>
    </w:p>
    <w:p>
      <w:r>
        <w:rPr>
          <w:b/>
          <w:color w:val="6E54F0"/>
        </w:rPr>
        <w:t xml:space="preserve">9.  </w:t>
      </w:r>
      <w:r>
        <w:t>silent</w:t>
      </w:r>
    </w:p>
    <w:p>
      <w:r>
        <w:rPr>
          <w:b/>
          <w:color w:val="6E54F0"/>
        </w:rPr>
        <w:t xml:space="preserve">10.  </w:t>
      </w:r>
      <w:r>
        <w:t>shy</w:t>
      </w:r>
    </w:p>
    <w:p>
      <w:r>
        <w:rPr>
          <w:b/>
          <w:color w:val="141B3A"/>
          <w:sz w:val="26"/>
        </w:rPr>
        <w:t>Word formation</w:t>
      </w:r>
    </w:p>
    <w:p>
      <w:r>
        <w:t>Rearrange the letters to make a word meaning "a small explosion". R P C A K E L</w:t>
      </w:r>
    </w:p>
    <w:p>
      <w:r>
        <w:t>Word:</w:t>
      </w:r>
    </w:p>
    <w:p>
      <w:r>
        <w:rPr>
          <w:b/>
          <w:color w:val="141B3A"/>
          <w:sz w:val="26"/>
        </w:rPr>
        <w:t>Compound words</w:t>
      </w:r>
    </w:p>
    <w:p>
      <w:r>
        <w:t>Choose one word from each list to make a compound word that means "a small light kept on at night".</w:t>
      </w:r>
    </w:p>
    <w:p>
      <w:r>
        <w:t>List A: night · day · sun · moon</w:t>
      </w:r>
    </w:p>
    <w:p>
      <w:r>
        <w:t>List B: shade · light · break · stand</w:t>
      </w:r>
    </w:p>
    <w:p>
      <w:r>
        <w:t>Compound word:</w:t>
      </w:r>
    </w:p>
    <w:p>
      <w:r>
        <w:rPr>
          <w:b/>
          <w:color w:val="141B3A"/>
          <w:sz w:val="26"/>
        </w:rPr>
        <w:t>Analogies</w:t>
      </w:r>
    </w:p>
    <w:p>
      <w:r>
        <w:t>Hen is to chick as cow is to ___?</w:t>
      </w:r>
    </w:p>
    <w:p>
      <w:r>
        <w:rPr>
          <w:b/>
          <w:color w:val="6E54F0"/>
        </w:rPr>
        <w:t xml:space="preserve">1.  </w:t>
      </w:r>
      <w:r>
        <w:t>calf</w:t>
      </w:r>
    </w:p>
    <w:p>
      <w:r>
        <w:rPr>
          <w:b/>
          <w:color w:val="6E54F0"/>
        </w:rPr>
        <w:t xml:space="preserve">2.  </w:t>
      </w:r>
      <w:r>
        <w:t>foal</w:t>
      </w:r>
    </w:p>
    <w:p>
      <w:r>
        <w:rPr>
          <w:b/>
          <w:color w:val="6E54F0"/>
        </w:rPr>
        <w:t xml:space="preserve">3.  </w:t>
      </w:r>
      <w:r>
        <w:t>cub</w:t>
      </w:r>
    </w:p>
    <w:p>
      <w:r>
        <w:rPr>
          <w:b/>
          <w:color w:val="6E54F0"/>
        </w:rPr>
        <w:t xml:space="preserve">4.  </w:t>
      </w:r>
      <w:r>
        <w:t>kid</w:t>
      </w:r>
    </w:p>
    <w:p>
      <w:r>
        <w:rPr>
          <w:b/>
          <w:color w:val="6E54F0"/>
        </w:rPr>
        <w:t xml:space="preserve">5.  </w:t>
      </w:r>
      <w:r>
        <w:t>pup</w:t>
      </w:r>
    </w:p>
    <w:p>
      <w:r>
        <w:t>Furious is to angry as delighted is to ___?</w:t>
      </w:r>
    </w:p>
    <w:p>
      <w:r>
        <w:rPr>
          <w:b/>
          <w:color w:val="6E54F0"/>
        </w:rPr>
        <w:t xml:space="preserve">6.  </w:t>
      </w:r>
      <w:r>
        <w:t>sad</w:t>
      </w:r>
    </w:p>
    <w:p>
      <w:r>
        <w:rPr>
          <w:b/>
          <w:color w:val="6E54F0"/>
        </w:rPr>
        <w:t xml:space="preserve">7.  </w:t>
      </w:r>
      <w:r>
        <w:t>pleased</w:t>
      </w:r>
    </w:p>
    <w:p>
      <w:r>
        <w:rPr>
          <w:b/>
          <w:color w:val="6E54F0"/>
        </w:rPr>
        <w:t xml:space="preserve">8.  </w:t>
      </w:r>
      <w:r>
        <w:t>surprised</w:t>
      </w:r>
    </w:p>
    <w:p>
      <w:r>
        <w:rPr>
          <w:b/>
          <w:color w:val="6E54F0"/>
        </w:rPr>
        <w:t xml:space="preserve">9.  </w:t>
      </w:r>
      <w:r>
        <w:t>tired</w:t>
      </w:r>
    </w:p>
    <w:p>
      <w:r>
        <w:rPr>
          <w:b/>
          <w:color w:val="6E54F0"/>
        </w:rPr>
        <w:t xml:space="preserve">10.  </w:t>
      </w:r>
      <w:r>
        <w:t>bored</w:t>
      </w:r>
    </w:p>
    <w:p>
      <w:r>
        <w:rPr>
          <w:b/>
          <w:color w:val="141B3A"/>
          <w:sz w:val="26"/>
        </w:rPr>
        <w:t>Answer Key &amp; Marking Notes</w:t>
      </w:r>
    </w:p>
    <w:p>
      <w:r>
        <w:rPr>
          <w:b/>
          <w:color w:val="6E54F0"/>
        </w:rPr>
        <w:t xml:space="preserve">1.  </w:t>
      </w:r>
      <w:r>
        <w:t>CQCW. Shifts are +1, +2, +3, +4. So BOAT → C, Q, D, X — wait, recompute: B+1=C, O+2=Q, A+3=D, T+4=X → CQDX. (Test: SHIP → S+1=T, H+2=J, I+3=L, P+4=T = TJLT ✓.)</w:t>
      </w:r>
    </w:p>
    <w:p>
      <w:r>
        <w:rPr>
          <w:b/>
          <w:color w:val="6E54F0"/>
        </w:rPr>
        <w:t xml:space="preserve">2.  </w:t>
      </w:r>
      <w:r>
        <w:t>18-21-14. Each letter is numbered by its position in the alphabet (A=1).</w:t>
      </w:r>
    </w:p>
    <w:p>
      <w:r>
        <w:rPr>
          <w:b/>
          <w:color w:val="6E54F0"/>
        </w:rPr>
        <w:t xml:space="preserve">3.  </w:t>
      </w:r>
      <w:r>
        <w:t>SCOU (from tenniS COUrt). Accept other reasonable 4-letter strings if they sit across the join.</w:t>
      </w:r>
    </w:p>
    <w:p>
      <w:r>
        <w:rPr>
          <w:b/>
          <w:color w:val="6E54F0"/>
        </w:rPr>
        <w:t xml:space="preserve">4.  </w:t>
      </w:r>
      <w:r>
        <w:t>KICE (from blacK ICE).</w:t>
      </w:r>
    </w:p>
    <w:p>
      <w:r>
        <w:rPr>
          <w:b/>
          <w:color w:val="6E54F0"/>
        </w:rPr>
        <w:t xml:space="preserve">5.  </w:t>
      </w:r>
      <w:r>
        <w:t>B — stingy.</w:t>
      </w:r>
    </w:p>
    <w:p>
      <w:r>
        <w:rPr>
          <w:b/>
          <w:color w:val="6E54F0"/>
        </w:rPr>
        <w:t xml:space="preserve">6.  </w:t>
      </w:r>
      <w:r>
        <w:t>C — eager.</w:t>
      </w:r>
    </w:p>
    <w:p>
      <w:r>
        <w:rPr>
          <w:b/>
          <w:color w:val="6E54F0"/>
        </w:rPr>
        <w:t xml:space="preserve">7.  </w:t>
      </w:r>
      <w:r>
        <w:t>CRACKLE. (Quest Arena accepts "CRACKER" if the candidate explains it as "a small explosive treat".)</w:t>
      </w:r>
    </w:p>
    <w:p>
      <w:r>
        <w:rPr>
          <w:b/>
          <w:color w:val="6E54F0"/>
        </w:rPr>
        <w:t xml:space="preserve">8.  </w:t>
      </w:r>
      <w:r>
        <w:t>NIGHTLIGHT.</w:t>
      </w:r>
    </w:p>
    <w:p>
      <w:r>
        <w:rPr>
          <w:b/>
          <w:color w:val="6E54F0"/>
        </w:rPr>
        <w:t xml:space="preserve">9.  </w:t>
      </w:r>
      <w:r>
        <w:t>A — calf.</w:t>
      </w:r>
    </w:p>
    <w:p>
      <w:r>
        <w:rPr>
          <w:b/>
          <w:color w:val="6E54F0"/>
        </w:rPr>
        <w:t xml:space="preserve">10.  </w:t>
      </w:r>
      <w:r>
        <w:t>B — pleased. (Both pairs go strong→mild.)</w:t>
      </w:r>
    </w:p>
    <w:p>
      <w:r>
        <w:t>Total: 10 marks. Children who score 7+ in 15 minutes are at the upper end of typical Year 5 performance.</w:t>
      </w:r>
    </w:p>
    <w:p>
      <w:r>
        <w:t>© Quest Arena · An Edu Archives product · eduarchives11plus.co.uk — original questions, free to print and use at home or in class.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F7A"/>
        <w:sz w:val="16"/>
      </w:rPr>
      <w:t>© Edu Archives · Quest Arena · eduarchives11plus.co.uk — free to print &amp; share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pict>
        <v:shape id="wm_0" o:spid="_x0000_s100" type="#_x0000_t136" style="position:absolute;margin-left:0;margin-top:0;width:468pt;height:150pt;rotation:315;z-index:-251654144;mso-position-horizontal:center;mso-position-horizontal-relative:margin;mso-position-vertical:center;mso-position-vertical-relative:margin" fillcolor="#e9e6f7" stroked="f">
          <v:fill opacity=".4"/>
          <v:textpath style="font-family:&quot;Arial&quot;;font-weight:bold" string="EDU ARCHIVES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C22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